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 חנוכה בית־ספרי –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חודש כסלו וחג החנוכה כפי שהם מסופרים בטקס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שמונת הנרות לשמונה 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הטקס ואת תפקידי המשתתפים 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 שם חנוכת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משפחה מהעיר מודיעין וחבריה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להדליק את שאר הנרות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כ״ה בכסלו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 בוחר להתמקד בחירות ובתקווה, ולא בתיאורי קרבות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כל נר מקבל שם של ערך כמו אומץ, תקווה או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הוא הספיק ליום אחד בלבד, והנס היה שהאור דלק שמונה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חלום יעקב, חלום יוסף וחלום פרעה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נר לערך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(אומץ)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(תקווה)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(נתינה)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(אחדות)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(חוסן)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חלקי הטקס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כניסה ופתיחה – הקהל נכנס והמקהלה שרה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ברכת פתיחה של המנחים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כסלו – חודש של אור וחלומות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הסיפור בשקט – מה קרה בחנוכה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ברכות ההדלקה ושירת 'הנרות הללו'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ערך ברור (למשל אומץ, סבלנות, חברות) והסבר קצר המקשר בינו לחיי התלמיד/ה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שמזכירה שהטקס רוצה להעביר מסר של תקווה, חירות ושייכות ולא אלימות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מזכיר/ה חנוכת המקדש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מתייחס/ת ליום אחד מול שמונה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נותנ/ת ערך מתוך הרשימה עם הסבר אישי קצר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ההתאמה בעל פה לפני הדף, כהכנה לתפקידי המדליקים בטקס עצמו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שהסיפור ההיסטורי מסופר בכוונה בלי תיאורי קרבות, כדי למקד בחירות ובתקווה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את חלק הכתיבה הפתוח כהכנה לכרטיסי הערך שמוחזקים בזמן הדלקת הנרות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טקס כסליו – חנוכה: אור של יחד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טקס חנוכה בית־ספרי – אור של יחד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בטקס של חנוכה מספרים את סיפור החג. מדליקים שמונה נרות, וכל נר מייצג ערך חשוב. נתרגל את זה בדף הזה.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כסלו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עברי שבו חוגגים את חנוכה, בחורף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מכבים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משפחה וחברים שלחמו לשמור על המסורת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פך שמן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קטן עם שמן טהור, לפי המסורת הספיק ליום אחד אך דלק שמונה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חנוכת המקדש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 של חידוש וטיהור בית המקדש, משם שם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נר שמש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הנר שמדליק את שאר נרות החנוכייה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שמוביל ומקשר בין חלקי הטקס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מקהלה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שרים ושרות המלווה את הטקס בשירה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שאפשר לחיות לפיה כל יום, כמו תקווה או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קוראים לחג 'חנוכה'?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מדליקים אש כל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 שם חנוכת בית המקדש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על שם פך השמן שנמצא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על שם משפחת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דלק האור בנס?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עשרים וחמישה ימים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זו הקבוצה שנקראת 'מכבים'?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מלך יווני ומשפחתו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משפחה מהעיר מודיעין וחבריה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קבוצת קריינים בטקס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נגני המקהלה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עושה נר השמש?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להדליק את שאר הנרות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לשיר בפתיחת הטקס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לקרוא את הברכות מהדוכן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לעמוד בצד הבמה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יום מדליקים נר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א׳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כ״ה בכסלו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י׳ בטבת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הטקס מתמקד בתיאורים מפורטים של קרבות המכבים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שמונת הנרות בטקס מייצגים שמונה ערכים שונים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המסורת, פך השמן שנמצא הספיק מראש לשמונה ימים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בשבתות חודש כסלו נהוג לקרוא בתורה סיפורים על חלומות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חוגגים חנוכה לזכר חנוכת __________ בירושלים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פך השמן שנמצא הספיק ליום אחד, אך האור דלק __________ 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הקבוצה שלחמה על שמירת המסורת והזהות נקראה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בשבתות חודש כסלו נהוג לקרוא בתורה על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נר ה__________ הוא הנר שמדליק את כל שאר נרות החנוכייה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נר לערך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נר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תקווה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נר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אומץ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נר שלישי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אחדות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נר רביעי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חוסן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 חמישי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נתינה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חלקי הטקס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ברכות ההדלקה ושירת 'הנרות הללו'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כניסה ופתיחה – הקהל נכנס והמקהלה שרה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ברכת פתיחה של המנחים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 – חודש של אור וחלומות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הסיפור בשקט – מה קרה בחנוכה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 בוחר/ת ערך לנר אישי משלך, איזה ערך זה היה ותוך משפט או שניים הסבר/י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שמסבירה למה הטקס בוחר לספר על תקווה ואור ולא להתמקד בתיאורי מלחמה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המשמעות של השם 'חנוכה'?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ספרו בשתי מילים מה היה הנס של פך השמן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בחרו ערך אחד מתוך שמונת הנרות והסבירו למה הוא חשוב 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טקס חנוכה בית־ספרי – אור של יחד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