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 כפי שהם מסופרים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ואת תפקידי המשתתפים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שם חנוכת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נר מקבל שם של ערך כמו אומץ, תקווה או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חלום יעקב, חלום יוסף וחלום פרעה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חלקי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ופתיחה – הקהל נכנס והמקהלה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 – חודש של אור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ברכות ההדלקה ושירת 'הנרות הללו'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ערך ברור (למשל אומץ, סבלנות, חברות) והסבר קצר המקשר בינו לחיי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מתייחס/ת ליום אחד מול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נותנ/ת ערך מתוך הרשימה עם הסבר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בעל פה לפני הדף, כהכנה לתפקידי המדליקים בטקס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שהסיפור ההיסטורי מסופר בכוונה בלי תיאורי קרבות, כדי למקד בחירות ובתקווה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הפתוח כהכנה לכרטיסי הערך שמוחזקים בזמן הדלקת הנרות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 חנוכה בית־ספרי מספרים את סיפור החג, ומדליקים שמונה נרות שכל אחד מהם מייצג ערך. בדף הזה נתרגל את התוכן והמבנה של הטקס.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המקדש  ·  מכבים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נקרא החג 'חנוכה'?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מדליקים אש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שם חנוכת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שם פך השמן שנמצא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של נר השמש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לשיר בפתיחת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את הברכות מהדוכן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שמונת הנרות בטקס מייצגים שמונה ערכים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בשבתות חודש כסלו נהוג לקרוא בתורה סיפורים על חלומות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חוגגים חנוכה לזכר חנוכת 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הקבוצה שלחמה על שמירת המסורת והזהות נקראה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ברכות ההדלקה ושירת 'הנרות הללו'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כניסה ופתיחה – הקהל נכנס והמקהלה שרה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 – חודש של אור וחלומות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 בוחר/ת ערך לנר אישי משלך, איזה ערך זה היה ותוך משפט או שניים הסבר/י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השם 'חנוכה'?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ספרו בשתי מילים מה היה הנס של פך השמן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 חנוכה בית־ספרי –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